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נח ולך לך – תיבה, קשת ומסע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השלבים בסיפור תיבת נח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מפתח בסיפור המבול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והסקת מסקנות מתוך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עלה 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הר אררט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קשת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התיבה הייתה גדולה ועשויה מעץ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רק בפעם נוספת היא חזרה עם העלה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מסתיים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המבול כיסה את כל הארץ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אררט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(סירה גדולה מעץ)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(גשם חזק המכסה את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(ציפור ששלח נח)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(צבעים בשמים אחרי 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(סימן שהמים ירדו)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הסיפור לפי הרצף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נח בונה תיבה גדולה מעץ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בעלי החיים נכנסים לתיבה בזוגות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יורד גשם חזק, והמבול מכסה את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המים יורדים, והתיבה נחה על הרי אררט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נח שולח יונה, והיא חוזרת עם עלה 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כולם יוצאים מהתיבה, וקשת מופיעה בענן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למשל כי היונה קטנה ועדינה וידעה למצוא דרכה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סימן לסיום המבול ולתקווה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תיבה מעץ כדי להינצל מהמבול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יונה, שהביאה עלה 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קשת בענן - סימן לסיום המבול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להיעזר באיורים או בתמונות מהסיפור כדי לחזק את ההבנה אצל תלמידים 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תרגיל הסידור בעל פה לפני המעבר לכתיבה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נח ולך לך – תיבה, קשת ומסע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סיפור תיבת נח - מבניית התיבה ועד יציאת כולם וראיית הקשת בענן.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ממה בנה נח את התיבה?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נכנסו בעלי החיים לתיבה?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בזוגות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בקבוצות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אחד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נח שלח כדי לבדוק אם המים ירדו?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עורב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ציפור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היונה הביאה כשחזרה לתיבה?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ענף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עלה 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אבן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איזה הר נחה התיבה?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אררט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הופיע בענן אחרי שכולם יצאו מהתיבה?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עננים שחורים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בנה תיבה קטנה מברזל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בעלי החיים נכנסו לתיבה בזוגות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היונה חזרה בפעם הראשונה עם עלה זית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הקשת בענן הופיעה אחרי שכולם יצאו מהתיבה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המבול כיסה רק חלק קטן מהארץ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נח בונה __________ גדולה מעץ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בעלי החיים נכנסים לתיבה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יורד גשם חזק, וה__________ מכסה את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נח שולח __________, והיא חוזרת עם עלה 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התיבה נחה על הרי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כולם יוצאים מהתיבה, ו__________ מופיעה בענן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סימן שהמים ירדו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מבול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צבעים בשמים אחרי 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גשם חזק המכסה את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סירה גדולה מעץ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עלה 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ציפור ששלח נח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הסיפור לפי הרצף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יורדים, והתיבה נחה על הרי אררט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 גשם חזק, והמבול מכסה את הארץ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יוצאים מהתיבה, וקשת מופיעה בענן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שולח יונה, והיא חוזרת עם עלה זית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בעלי החיים נכנסים לתיבה בזוגות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בונה תיבה גדולה מעץ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לדעתכם נח שלח דווקא יונה כדי לבדוק אם המים ירדו?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מסמלת הקשת בענן בסוף הסיפור?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בנה נח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ציפור נח שלח ומה היא הביאה?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הופיע בסוף הסיפור וסימן את סופו?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נח ולך לך – תיבה, קשת ומסע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