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השלבים בסיפור תיבת נח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בסיפור 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והסקת מסקנות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הר אררט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התיבה הייתה גדולה ועשויה מעץ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בפעם נוספת היא חזרה עם העלה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מסתיים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המבול כיסה את כל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(סירה גדולה מעץ)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(גשם חזק המכסה את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(ציפור ששלח 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(צבעים בשמים אחרי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(סימן שהמים ירדו)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בונה תיבה גדולה מעץ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החיים נכנסים לתיבה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חזק, והמבול מכסה את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המים יורדים, והתיבה נחה על הרי אררט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 שולח יונה, והיא חוזרת עם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כולם יוצאים מהתיבה, וקשת מופיעה בענן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למשל כי היונה קטנה ועדינה וידעה למצוא דרכה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לסיום המבול ולתקווה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 מעץ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יונה, שהביאה עלה 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 בענן - סימן לסיום 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באיורים או בתמונות מהסיפור כדי לחזק את ההבנה אצל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בעל פה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הסיפור של נח. נח בנה תיבה גדולה, היה מבול, ובסוף יצאה קשת בענן.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תֵּבָה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סִירָה גְּדוֹלָה מֵעֵץ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מַבּוּל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גֶּשֶׁם חָזָק מְאוֹד שֶׁמְּכַסֶּה אֶת הָאָרֶץ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קֶשֶׁת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צְבָעִים בַּשָּׁמַיִם אַחֲרֵי גֶּשֶׁם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יוֹנָה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צִפּוֹר קְטַנָּה וְלְבָנָה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עֲלֵה זַיִת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עָלֶה שֶׁמְּסַמֵּל שֶׁהַמַּיִם יָרְדוּ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זוּגוֹת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שְׁנַיִם שְׁנַיִם, זָכָר וּנְקֵבָה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הַר אֲרָרָט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הָהָר שֶׁעָלָיו נָחָה הַתֵּבָה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התיבה הייתה עשויה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בעלי חיים מכל סוג נכנסו לתיבה?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בקבוצות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ציפור נח שלח?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ביונה בפה כשחזרה?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ענף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שם ההר שהתיבה נחה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אררט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ראו בשמים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עננים שחורים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בנה תיבה קטנה מברזל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החיים נכנסו לתיבה בזוגות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היונה חזרה בפעם הראשונה עם עלה זית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בענן הופיעה אחרי שכולם יצאו מהתיבה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המבול כיסה רק חלק קטן מהארץ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בונה __________ גדולה מעץ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בעלי החיים נכנסים לתיבה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יורד גשם חזק, וה__________ מכסה את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נח שולח __________, והיא חוזרת עם עלה 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התיבה נחה על הרי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כולם יוצאים מהתיבה, ו__________ מופיעה בענן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שהמים ירדו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צבעים בשמים אחרי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גשם חזק המכסה את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סירה גדולה מעץ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עלה 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 ששלח נח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הסיפור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יורדים, והתיבה נחה על הרי אררט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יוצאים מהתיבה, וקשת מופיעה בענן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בונה תיבה גדולה מעץ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שולח יונה, והיא 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חזק, והמבול מכסה את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החיים נכנסים לתיבה בזוגות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נח שלח דווקא יונה כדי לבדוק אם המים ירדו?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מסמלת הקשת בענן בסוף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בנה נח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ציפור נח שלח ומה היא הביאה?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הופיע בסוף הסיפור וסימן את 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