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השלבים בסיפור תיבת נח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מפתח בסיפור 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והסקת מסקנות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התיבה הייתה גדולה ועשויה מעץ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מסתיים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(סירה גדולה מעץ)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(גשם חזק המכסה את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(ציפור ששלח 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(צבעים בשמים אחרי הגשם)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הסיפור לפי הרצף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 בונה תיבה גדולה מעץ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בעלי החיים נכנסים לתיבה בזוגות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 גשם חזק, והמבול מכסה את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המים יורדים, והתיבה נחה על הרי אררט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סימן לסיום המבול ולתקווה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תיבה מעץ כדי להינצל מהמבול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יונה, שהביאה עלה 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 בענן - סימן לסיום המבול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באיורים או בתמונות מהסיפור כדי לחזק את ההבנה אצל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תרגיל הסידור בעל פה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נח ולך לך – תיבה, קשת ומסע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סיפור תיבת נח - מבניית התיבה ועד יציאת כולם וראיית הקשת בענן.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יונה  ·  מבול  ·  תיבה  ·  זוגות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ממה בנה נח את התיבה?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ברזל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נכנסו בעלי החיים לתיבה?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בזוגות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בקבוצות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נח שלח כדי לבדוק אם המים ירדו?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עורב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בנה תיבה קטנה מברזל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בעלי החיים נכנסו לתיבה בזוגות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הקשת בענן הופיעה אחרי שכולם יצאו מהתיבה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נח בונה __________ גדולה מעץ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בעלי החיים נכנסים לתיבה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יורד גשם חזק, וה__________ מכסה את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נח שולח __________, והיא חוזרת עם עלה זית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גשם חזק המכסה את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צבעים בשמים אחרי 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סירה גדולה מעץ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ציפור ששלח נח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הסיפור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בעלי החיים נכנסים לתיבה בזוגות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בונה תיבה גדולה מעץ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המים יורדים, והתיבה נחה על הרי אררט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יורד גשם חזק, והמבול מכסה את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מסמלת הקשת בענן בסוף הסיפור?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בנה נח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ציפור נח שלח ומה היא הביאה?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נח ולך לך – תיבה, קשת ומסע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